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כרטיסיות מושגי חובה בחינוך פיננסי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בחשיבה פיננסית ובקבלת החלטות כלכליות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מצבי שוק ובין סוגי ריבית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יישום מושגים כמו קרן חירום וגילוי נאות במצבים יומיומיים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חשיבה מהירה ואינטואיטיבית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לתת ללקוח מידע מלא לפני חתימה על הסכם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זהו תיאור של מערכת 1, לא מערכת 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נקבע בחוק עבור עובדים צעירים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קרן חירום מיועדת להוצאות בלתי צפויות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מערכת 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טופס גילוי נאות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פשוטה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(חשיבה מהירה ואינטואיטיבית)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(קבוצת ספקים שמתאמים מחירים ביניהם)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(כלי למדידת שינוי ברמת המחירים במשק)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(ריבית שמחושבת גם על הריבית הקודמת)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כאשר ההחלטה חשובה או יקרה, כדאי לעצור ולבדוק נתונים לפני שקונים או חותמים על הסכם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מהירה-אינטואיטיבית מול איטית-מנתחת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פשוטה על הקרן בלבד, דריבית כוללת ריבית שנצברה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מבטיח חיסכון לפני שההכנסה 'נעלמת' בהוצאות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בהיפוך כרטיסיות בזוגות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לתת דוגמאות אמיתיות ממסכי אפליקציות לדפוסים אפלים לדיון קבוצתי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לסיים בדיון קצר על קרן חירום - כמה כדאי לחסוך ולמה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כרטיסיות מושגי חובה בחינוך פיננסי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המושגים המרכזיים שמופיעים בכרטיסיות - מחשיבה מהירה ואיטית, דרך דפוסים אפלים ושוק מונופוליסטי, ועד ריבית וחיסכון.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טופס גילוי נאות  ·  מערכת 1  ·  פשוטה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מאפיין את מערכת 1 בחשיבה?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חשיבה איטית ומנתחת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חשיבה מהירה ואינטואיטיבית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חשיבה שמבוססת רק על מספרים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מטרת טופס גילוי נאות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להסתיר עמלות מהלקוח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לתת ללקוח מידע מלא לפני חתימה על הסכם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לקצר את זמן ההמתנה בבנק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מערכת 2 פועלת מהר ובאופן אוטומטי.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שכר מינימום לנוער נמוך משכר המינימום הרגיל של מבוגרים.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קרן חירום מיועדת למימון חופשה מתוכננת מראש.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חשיבה מהירה ואינטואיטיבית מכונה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מסמך שחברה חייבת למסור ללקוח לפני חתימה על הסכם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ריבית שמחושבת רק על הסכום המקורי נקראת ריבית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מערכת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ריבית שמחושבת גם על הריבית הקודמת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קרטל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חשיבה מהירה ואינטואיטיבית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מדד המחירים לצרכן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קבוצת ספקים שמתאמים מחירים ביניהם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דריבית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כלי למדידת שינוי ברמת המחירים במשק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מתי כדאי להפעיל את מערכת 2 לפני קבלת החלטה כספית, ותנו דוגמה.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מערכת 1 למערכת 2?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ריבית פשוטה לדריבית?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כרטיסיות מושגי חובה בחינוך פיננסי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