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מושגי חובה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בחשיבה פיננסית ובקבלת החלטות כלכליות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מצבי שוק ובין סוגי ריבית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מושגים כמו קרן חירום וגילוי נאות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חשיבה מהירה ואינטואיטיבית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טכניקות עיצוב שמטעות צרכנים לפעולה לא מתוכננת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לתת ללקוח מידע מלא לפני חתימה על 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מונופול הוא ספק יחיד, קרטל הוא קבוצת ספקים שמתאמת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למדוד שינוי ברמת המחירים במשק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הקרן ועל הריבית שנצברה לאורך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תיאור של מערכת 1, לא מערכת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נקבע בחוק עבור עובדים 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קרן חירום מיועדת להוצאות בלתי צפויות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בדיוק רעיון העיקרון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להפך, הם שיטה מטעה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מערכת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טופס גילוי נאות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מונופול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פשוטה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קרן חירום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(חשיבה מהירה ואינטואיטיבית)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(קבוצת ספקים שמתאמים מחירים ביניהם)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(כלי למדידת שינוי ברמת המחירים במשק)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(ריבית שמחושבת גם על הריבית הקודמת)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(להפריש לחיסכון מיד עם קבלת ההכנסה)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כאשר ההחלטה חשובה או יקרה, כדאי לעצור ולבדוק נתונים לפני שקונים או חותמים על 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הכנסה יכולה להיפסק בפתאומיות, וקרן חירום מונעת הסתבכות כלכלית במקרה כזה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 כפתור שקשה לבטל מנוי דרכו, או הודעת דחיפות מזויפת שגורמת לקנייה מהירה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מהירה-אינטואיטיבית מול איטית-מנתחת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פשוטה על הקרן בלבד, דריבית כוללת ריבית שנצברה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מבטיח חיסכון לפני שההכנסה 'נעלמת' בהוצאות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בהיפוך כרטיסיות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דוגמאות אמיתיות ממסכי אפליקציות לדפוסים אפלים לדיון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בדיון קצר על קרן חירום - כמה כדאי לחסוך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מושגי חובה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בכסף: איך אנחנו חושבים לפני שקונים, מה זה חוזה הוגן, ואיך שומרים כסף לחיסכון.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1 ומערכת 2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סוגי חשיבה - מהירה ואוטומטית מול איטית ומנתחת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דפוסים אפלים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עיצוב באתר שמטעה אותנו לבצע פעולה שלא תכננו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טופס גילוי נאות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עם כל המידע החשוב לפני חתימה על הסכם כספי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מונופול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ספק יחיד ששולט לבדו בשוק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קרטל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ספקים שמתאמים ביניהם מחירים כדי להימנע מתחרות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מדד המחירים לצרכן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שמודד שינוי ברמת המחירים הכללית במשק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 פשוטה ודריבית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על הקרן בלבד מול ריבית על הקרן ועל הריבית שנצברה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קרן חירום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כסף שמור למקרה בלתי צפוי כמו אובדן הכנסה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מערכת 1 חושבת?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חשיבה איטית ומנתחת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חשיבה מהירה ואינטואיטיבית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חשיבה שמבוססת רק על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חשיבה שמתרחשת רק בשינה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דפוס אפל?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הנחות אמיתיות ושקופות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טכניקות עיצוב שמטעות צרכנים לפעולה לא מתוכננת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תעודת זהות דיגיטלית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שיטת חיסכון מומלצת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הטופס קיים?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להסתיר עמלות מהלקוח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ללקוח מידע מלא לפני חתימה על הסכם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לקצר את זמן ההמתנה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מוצר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שולט בשוק בכל מקרה?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מונופול הוא ספק יחיד, קרטל הוא קבוצת ספקים שמתאמת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מונופול שייך רק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קרטל חוקי ומונופול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המדד מודד?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למדוד שינוי ברמת המחירים במשק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לקבוע את שער הדולר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למדוד כמה אנשים 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את רמת האבטלה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נכנס בחישוב הדריבית?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הקרן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הריבית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הקרן ועל הריבית שנצברה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ההכנסה השנתית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2 פועלת מהר ובאופן אוטומטי.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שכר מינימום לנוער נמוך משכר המינימום הרגיל של מבוגרים.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קרן חירום מיועדת למימון חופשה מתוכננת מראש.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עקרון שלמו קודם לעצמכם ממליץ להפריש לחיסכון לפני ההוצאות האחרות.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דפוסים אפלים הם שיטת שיווק שקופה והוגנת.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חשיבה מהירה ואינטואיטיבית מכונה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מסמך שחברה חייבת למסור ללקוח לפני חתימה על הסכם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ספק יחיד שולט לגמרי בשוק מסוים, המצב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ריבית שמחושבת רק על הסכום המקורי נקראת ריבית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סכום כסף שמוקצה למקרה חירום כמו אובדן הכנסה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מערכת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חשיבה מהירה ואינטואיטיבית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ספקים שמתאמים מחירים ביניהם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מדד המחירים לצרכן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למדידת שינוי ברמת המחירים במשק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ריבית שמחושבת גם על הריבית הקודמת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שלמו קודם לעצמכם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להפריש לחיסכון מיד עם קבלת ההכנסה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מתי כדאי להפעיל את מערכת 2 לפני קבלת החלטה כספית, ותנו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להקים קרן חירום גם כשיש הכנסה קבועה.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למצב שבו דפוס אפל ניסה להשפיע על החלטת קנייה, והסבירו איך זיהיתם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מערכת 1 למערכת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ריבית פשוטה לדריבית?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עקרון שלמו קודם לעצמכם?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מושגי חובה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